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למילים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השורש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עם שתי 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אותו שורש ש־ע־ר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מהשורש ש־ע־ר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(ב־ע־ט)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(ש־ע־ר)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(ש־ח־ק)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(ב־ע־ט)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שוערת, שערים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שלוש אותיות שחוזרות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בעט, בעיטה, בועט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מאותה משפחה חולקות אותן שלוש אותיות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- לומר מילה ולבקש מהתלמידים לזהות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שלוש המשפחות על הלוח ולבקש מהתלמידים להוסיף מילים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ההמשך אפשר לעודד שימוש במילים מעולם הכדורגל שהוכרו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במילים מאותה משפחה יש שלוש אותיות שחוזרות - השורש. בדף הזה נתרגל את משפחות המילים ב־ע־ט, ש־ע־ר ו־ש־ח־ק מעולם הכדורגל.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שחק  ·  שוער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המשותף למילים שער, שוער,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אותו שורש ש־ע־ר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אותו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אותו מספר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שייכת למשפחת ב־ע־ט?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למילים שער ושוער יש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שורש הוא שלוש אותיות שחוזרות במילים מאותה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עמד בשער ותפס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הילדים אוהבים ל__________ כדורגל בהפסקה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ש־ח־ק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ב־ע־ט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ב־ע־ט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בועטים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ש־ע־ר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עוד מילה אחת ששייכת למשפחת ש־ע־ר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מהשורש ב־ע־ט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