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למילים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השורש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עם שתי 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אותו שורש ש־ע־ר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בועט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מהשורש ש־ע־ר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שייכת למשפחת ש־ח־ק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בעיטה מהשורש ב־ע־ט ושחקן מהשורש ש־ח־ק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(ב־ע־ט)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(ש־ע־ר)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(ש־ח־ק)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(ב־ע־ט)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(ש־ע־ר)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(ש־ח־ק)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שוערת,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שיחק, 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שתי מילים מאותו שורש, המשפט הגיוני ומתאים לעולם הכדורגל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שלוש אותיות שחוזרות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בעט, בעיטה, בועט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מאותה משפחה חולקות אותן שלוש אותיות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- לומר מילה ולבקש מהתלמידים לזהות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שלוש המשפחות על הלוח ולבקש מהתלמידים להוסיף מילים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ההמשך אפשר לעודד שימוש במילים מעולם הכדורגל שהוכרו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שדומות כי יש להן אותן שלוש אותיות. נלמד למצוא את האותיות האלה ולמיין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שֹׁרֶשׁ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בכל המילים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מִשְׁפַּחַת מִלִּים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עם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בָּעַט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עשה פעולה של בעיטה בכדור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בועטים כדי להבקיע 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שׁוֹעֵר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שִׂחֵק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עשה פעולה של 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שַׂחְקָן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שמשחק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בין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אותו שורש ש־ע־ר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אותו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מספר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שחקנית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שייכת למשפחת ש־ח־ק?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אותיות יש בשורש של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פועל - 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שחקנית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למילים שער ושוער יש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משחק שייכת למשפחת ב־ע־ט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שלוש אותיות שחוזרות במילים מאותה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בעיטה ושחקן מאותה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באותה משפחת מילים אפשר למצוא גם שם עצם וגם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עמד בשער ותפס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השחקן __________ את הכדור לשער וקלע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אוהבים ל__________ כדורגל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הקבוצה שלנו הבקיעה שני __________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ה__________נית של הקבוצה הכניסה כדור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ש־ח־ק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ש־ח־ק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ש־ע־ר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בועטים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ב־ע־ט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שערים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ש־ע־ר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שחקנית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ב־ע־ט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עוד מילה אחת ששייכת למשפחת ש־ע־ר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עוד מילה אחת ששייכת למשפחת ש־ח־ק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משפחת מילים אחת (ב־ע־ט, ש־ע־ר או ש־ח־ק) וכתבו משפט אחד שיש בו שתי מילים מאותה 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מהשורש ב־ע־ט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שמילים שייכות לאותה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