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השורש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עם שתי 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אותו שורש ש־ע־ר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בועט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מהשורש ש־ע־ר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למשפחת ש־ח־ק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בעיטה מהשורש ב־ע־ט ושחקן מהשורש ש־ח־ק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(ב־ע־ט)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(ש־ע־ר)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(ש־ח־ק)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(ב־ע־ט)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(ש־ע־ר)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(ש־ח־ק)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שוערת,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שיחק,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שתי מילים מאותו שורש, המשפט הגיוני ומתאים לעולם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שחוזרות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בעט, בעיטה, בועט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מאותה משפחה חולקות אותן שלוש אותיות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לומר מילה ולבקש מהתלמידים לזהות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שלוש המשפחות על הלוח ולבקש מהתלמידים להוסיף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ההמשך אפשר לעודד שימוש במילים מעולם הכדורגל שהוכרו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מאותה משפחה יש שלוש אותיות שחוזרות - השורש. בדף הזה נתרגל את משפחות המילים ב־ע־ט, ש־ע־ר ו־ש־ח־ק מעולם הכדורגל.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המשותף למילים שער, שוער,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 שורש ש־ע־ר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מספר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ב־ע־ט?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ש־ח־ק?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אותיות יש בשורש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עומד בשער ושומר שלא יכניסו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פועל -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שער ושוער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משחק שייכת למשפחת ב־ע־ט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שלוש אותיות שחוזרות במילים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בעיטה ושחקן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באותה משפחת מילים אפשר למצוא גם שם עצם וגם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עמד בשער ותפס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השחקן __________ את הכדור לשער וקלע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אוהבים ל__________ כדורגל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שלנו הבקיעה שני __________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ה__________נית של הקבוצה הכניסה כדור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ש־ע־ר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ב־ע־ט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ב־ע־ט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שחקנית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ש־ע־ר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עוד מילה אחת ששייכת למשפחת ש־ע־ר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עוד מילה אחת ששייכת למשפחת ש־ח־ק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משפחת מילים אחת (ב־ע־ט, ש־ע־ר או ש־ח־ק) וכתבו משפט אחד שיש בו שתי מילים מאותה 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מהשורש ב־ע־ט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שמילים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